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Конспект занятия по развитию речи</w:t>
        <w:br/>
        <w:t>Тема: Одежда</w:t>
      </w:r>
    </w:p>
    <w:p>
      <w:r>
        <w:t>Возраст: 4–5 лет</w:t>
      </w:r>
    </w:p>
    <w:p>
      <w:r>
        <w:t>Категория: дети с нарушением слуха (тугоухость, ношение слуховых аппаратов, КИ)</w:t>
      </w:r>
    </w:p>
    <w:p>
      <w:r>
        <w:t>Продолжительность: 20–25 минут</w:t>
      </w:r>
    </w:p>
    <w:p>
      <w:pPr>
        <w:pStyle w:val="Heading2"/>
      </w:pPr>
      <w:r>
        <w:t>Цель:</w:t>
      </w:r>
    </w:p>
    <w:p>
      <w:r>
        <w:t>Закрепить и расширить словарь по теме «Одежда», развивать умение узнавать, называть, соотносить предмет с назначением, активизировать речь и жестовую коммуникацию.</w:t>
      </w:r>
    </w:p>
    <w:p>
      <w:pPr>
        <w:pStyle w:val="Heading2"/>
      </w:pPr>
      <w:r>
        <w:t>Задачи:</w:t>
      </w:r>
    </w:p>
    <w:p>
      <w:r>
        <w:t>Образовательные: познакомить с названиями предметов одежды, уточнить понятия «летняя» и «зимняя» одежда.</w:t>
      </w:r>
    </w:p>
    <w:p>
      <w:r>
        <w:t>Развивающие: развивать слуховое восприятие, артикуляцию, внимание, умение классифицировать одежду по сезонам.</w:t>
      </w:r>
    </w:p>
    <w:p>
      <w:r>
        <w:t>Воспитательные: формировать аккуратность, интерес к опрятному виду, навыки общения.</w:t>
      </w:r>
    </w:p>
    <w:p>
      <w:pPr>
        <w:pStyle w:val="Heading2"/>
      </w:pPr>
      <w:r>
        <w:t>Оборудование:</w:t>
      </w:r>
    </w:p>
    <w:p>
      <w:r>
        <w:t>Картинки и реальные предметы одежды, игрушка (кукла или мишка), настольная игра «Одень куклу», карточки одежды по сезонам, зеркало.</w:t>
      </w:r>
    </w:p>
    <w:p>
      <w:pPr>
        <w:pStyle w:val="Heading2"/>
      </w:pPr>
      <w:r>
        <w:t>Ход занятия:</w:t>
      </w:r>
    </w:p>
    <w:p>
      <w:r>
        <w:t>1. Организационный момент (2–3 мин)</w:t>
        <w:br/>
        <w:t>Приветствие с использованием жеста и речи. Проверка слуховых аппаратов. Настрой: «Сегодня мы будем говорить про одежду. Что мы надеваем?» (показ на себе).</w:t>
      </w:r>
    </w:p>
    <w:p>
      <w:r>
        <w:t>2. Введение в тему (3–4 мин)</w:t>
        <w:br/>
        <w:t>Рассматривание картинок с одеждой. Педагог показывает и произносит слова: платье, куртка, шапка. Приём: «Покажи – скажи – повтори».</w:t>
      </w:r>
    </w:p>
    <w:p>
      <w:r>
        <w:t>3. Игра «Одень куклу» (5 мин)</w:t>
        <w:br/>
        <w:t>Кукле холодно. Дети выбирают одежду и называют её. «Кукла надела куртку. Куртка — тёплая одежда».</w:t>
      </w:r>
    </w:p>
    <w:p>
      <w:r>
        <w:t>4. Упражнение «Когда мы это надеваем?» (4 мин)</w:t>
        <w:br/>
        <w:t>Педагог показывает карточки, дети раскладывают одежду по сезонам: шапка — зима, платье — лето.</w:t>
      </w:r>
    </w:p>
    <w:p>
      <w:r>
        <w:t>5. Физминутка «Мы одеваемся» (2 мин)</w:t>
        <w:br/>
        <w:t>Наденем шапку (показать), шарфик, варежки, сапожки. Вышли дети на мороз — вот какие у нас нос!</w:t>
      </w:r>
    </w:p>
    <w:p>
      <w:r>
        <w:t>6. Игра «Что потерял?» (3 мин)</w:t>
        <w:br/>
        <w:t>Педагог убирает одну картинку. Дети называют, что пропало: «Нет шапки!»</w:t>
      </w:r>
    </w:p>
    <w:p>
      <w:r>
        <w:t>7. Итог занятия (2–3 мин)</w:t>
        <w:br/>
        <w:t>Обсуждение: «Что мы сегодня узнали?» Повтор слов, похвала, награда — наклейка или «солнышко».</w:t>
      </w:r>
    </w:p>
    <w:p>
      <w:pPr>
        <w:pStyle w:val="Heading2"/>
      </w:pPr>
      <w:r>
        <w:t>Методы и приёмы:</w:t>
      </w:r>
    </w:p>
    <w:p>
      <w:r>
        <w:t>Демонстрация, наглядность, подражание, использование жестовой поддержки, игровая мотивация, артикуляционные упражнения перед зеркалом.</w:t>
      </w:r>
    </w:p>
    <w:p>
      <w:pPr>
        <w:pStyle w:val="Heading2"/>
      </w:pPr>
      <w:r>
        <w:t>Ожидаемые результаты:</w:t>
      </w:r>
    </w:p>
    <w:p>
      <w:r>
        <w:t>Дети узнают и называют предметы одежды, различают одежду по сезонам, используют слова и жесты по теме «Одежда», проявляют интерес и инициативу.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